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30FFF" w14:textId="77777777" w:rsidR="00B11236" w:rsidRDefault="00B11236" w:rsidP="006852E9">
      <w:pPr>
        <w:pStyle w:val="Heading1"/>
        <w:jc w:val="center"/>
        <w:rPr>
          <w:rFonts w:ascii="Arial" w:hAnsi="Arial" w:cs="Arial"/>
          <w:color w:val="auto"/>
          <w:lang w:val="hr-HR"/>
        </w:rPr>
      </w:pPr>
    </w:p>
    <w:p w14:paraId="7BEA8260" w14:textId="026E8E64" w:rsidR="00B11236" w:rsidRDefault="009410CE" w:rsidP="009410CE">
      <w:pPr>
        <w:pStyle w:val="Heading1"/>
        <w:rPr>
          <w:rFonts w:ascii="Arial" w:hAnsi="Arial" w:cs="Arial"/>
          <w:color w:val="auto"/>
          <w:lang w:val="hr-HR"/>
        </w:rPr>
      </w:pPr>
      <w:r>
        <w:rPr>
          <w:noProof/>
        </w:rPr>
        <w:drawing>
          <wp:inline distT="0" distB="0" distL="0" distR="0" wp14:anchorId="66594FD8" wp14:editId="0B58F02F">
            <wp:extent cx="2304256" cy="745872"/>
            <wp:effectExtent l="0" t="0" r="1270" b="0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3A211CAF-2C96-4983-B2F7-63EA39DE3B5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3A211CAF-2C96-4983-B2F7-63EA39DE3B5B}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/>
                    <a:stretch/>
                  </pic:blipFill>
                  <pic:spPr bwMode="auto">
                    <a:xfrm>
                      <a:off x="0" y="0"/>
                      <a:ext cx="2304256" cy="745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871552" w14:textId="77777777" w:rsidR="004A5351" w:rsidRDefault="00B11236" w:rsidP="004A5351">
      <w:pPr>
        <w:pStyle w:val="Heading1"/>
        <w:jc w:val="center"/>
        <w:rPr>
          <w:lang w:val="hr-HR"/>
        </w:rPr>
      </w:pPr>
      <w:bookmarkStart w:id="0" w:name="_GoBack"/>
      <w:r>
        <w:rPr>
          <w:noProof/>
        </w:rPr>
        <w:drawing>
          <wp:inline distT="0" distB="0" distL="0" distR="0" wp14:anchorId="7B35E35F" wp14:editId="5B3EDCAF">
            <wp:extent cx="1876425" cy="428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BBD0E38" w14:textId="28D38E7A" w:rsidR="006852E9" w:rsidRPr="004370A7" w:rsidRDefault="004A5351" w:rsidP="004A5351">
      <w:pPr>
        <w:pStyle w:val="Heading1"/>
        <w:jc w:val="center"/>
        <w:rPr>
          <w:rFonts w:ascii="Arial" w:hAnsi="Arial" w:cs="Arial"/>
          <w:color w:val="000000" w:themeColor="text1"/>
          <w:sz w:val="32"/>
          <w:szCs w:val="32"/>
          <w:lang w:val="hr-HR"/>
        </w:rPr>
      </w:pPr>
      <w:r w:rsidRPr="004370A7">
        <w:rPr>
          <w:color w:val="000000" w:themeColor="text1"/>
          <w:sz w:val="32"/>
          <w:szCs w:val="32"/>
          <w:lang w:val="hr-HR"/>
        </w:rPr>
        <w:t>„Kako integrirati  virtualne tehnologije u vođene turističke ture</w:t>
      </w:r>
      <w:r w:rsidR="004370A7" w:rsidRPr="004370A7">
        <w:rPr>
          <w:color w:val="000000" w:themeColor="text1"/>
          <w:sz w:val="32"/>
          <w:szCs w:val="32"/>
          <w:lang w:val="hr-HR"/>
        </w:rPr>
        <w:t>?</w:t>
      </w:r>
      <w:r w:rsidRPr="004370A7">
        <w:rPr>
          <w:color w:val="000000" w:themeColor="text1"/>
          <w:sz w:val="32"/>
          <w:szCs w:val="32"/>
          <w:lang w:val="hr-HR"/>
        </w:rPr>
        <w:t xml:space="preserve">“ </w:t>
      </w:r>
    </w:p>
    <w:p w14:paraId="31D32F30" w14:textId="3D79C212" w:rsidR="006852E9" w:rsidRPr="004370A7" w:rsidRDefault="004A5351" w:rsidP="006852E9">
      <w:pPr>
        <w:pStyle w:val="Heading1"/>
        <w:jc w:val="center"/>
        <w:rPr>
          <w:rFonts w:ascii="Arial" w:hAnsi="Arial" w:cs="Arial"/>
          <w:color w:val="000000" w:themeColor="text1"/>
          <w:sz w:val="24"/>
          <w:szCs w:val="24"/>
          <w:lang w:val="hr-HR"/>
        </w:rPr>
      </w:pPr>
      <w:r w:rsidRPr="004370A7">
        <w:rPr>
          <w:rFonts w:ascii="Arial" w:hAnsi="Arial" w:cs="Arial"/>
          <w:color w:val="000000" w:themeColor="text1"/>
          <w:sz w:val="24"/>
          <w:szCs w:val="24"/>
          <w:lang w:val="hr-HR"/>
        </w:rPr>
        <w:t>Ekono</w:t>
      </w:r>
      <w:r w:rsidR="00753674">
        <w:rPr>
          <w:rFonts w:ascii="Arial" w:hAnsi="Arial" w:cs="Arial"/>
          <w:color w:val="000000" w:themeColor="text1"/>
          <w:sz w:val="24"/>
          <w:szCs w:val="24"/>
          <w:lang w:val="hr-HR"/>
        </w:rPr>
        <w:t>m</w:t>
      </w:r>
      <w:r w:rsidRPr="004370A7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ski fakultet, </w:t>
      </w:r>
      <w:proofErr w:type="spellStart"/>
      <w:r w:rsidRPr="004370A7">
        <w:rPr>
          <w:rFonts w:ascii="Arial" w:hAnsi="Arial" w:cs="Arial"/>
          <w:color w:val="000000" w:themeColor="text1"/>
          <w:sz w:val="24"/>
          <w:szCs w:val="24"/>
          <w:lang w:val="hr-HR"/>
        </w:rPr>
        <w:t>Lapadska</w:t>
      </w:r>
      <w:proofErr w:type="spellEnd"/>
      <w:r w:rsidRPr="004370A7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 obala </w:t>
      </w:r>
      <w:proofErr w:type="spellStart"/>
      <w:r w:rsidRPr="004370A7">
        <w:rPr>
          <w:rFonts w:ascii="Arial" w:hAnsi="Arial" w:cs="Arial"/>
          <w:color w:val="000000" w:themeColor="text1"/>
          <w:sz w:val="24"/>
          <w:szCs w:val="24"/>
          <w:lang w:val="hr-HR"/>
        </w:rPr>
        <w:t>Nojka</w:t>
      </w:r>
      <w:proofErr w:type="spellEnd"/>
      <w:r w:rsidRPr="004370A7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 Marin</w:t>
      </w:r>
      <w:r w:rsidR="004370A7" w:rsidRPr="004370A7">
        <w:rPr>
          <w:rFonts w:ascii="Arial" w:hAnsi="Arial" w:cs="Arial"/>
          <w:color w:val="000000" w:themeColor="text1"/>
          <w:sz w:val="24"/>
          <w:szCs w:val="24"/>
          <w:lang w:val="hr-HR"/>
        </w:rPr>
        <w:t>ovića</w:t>
      </w:r>
      <w:r w:rsidRPr="004370A7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 7, 20000 Dubrovnik, </w:t>
      </w:r>
    </w:p>
    <w:p w14:paraId="19153C87" w14:textId="0317003D" w:rsidR="007B03F9" w:rsidRDefault="004A5351" w:rsidP="007B03F9">
      <w:pPr>
        <w:rPr>
          <w:color w:val="000000" w:themeColor="text1"/>
          <w:lang w:val="hr-HR"/>
        </w:rPr>
      </w:pPr>
      <w:r w:rsidRPr="004370A7">
        <w:rPr>
          <w:color w:val="000000" w:themeColor="text1"/>
          <w:lang w:val="hr-HR"/>
        </w:rPr>
        <w:t xml:space="preserve">                             </w:t>
      </w:r>
      <w:r w:rsidR="004370A7">
        <w:rPr>
          <w:color w:val="000000" w:themeColor="text1"/>
          <w:lang w:val="hr-HR"/>
        </w:rPr>
        <w:t xml:space="preserve">         </w:t>
      </w:r>
      <w:r w:rsidRPr="004370A7">
        <w:rPr>
          <w:color w:val="000000" w:themeColor="text1"/>
          <w:lang w:val="hr-HR"/>
        </w:rPr>
        <w:t xml:space="preserve">     </w:t>
      </w:r>
      <w:r w:rsidR="004370A7">
        <w:rPr>
          <w:color w:val="000000" w:themeColor="text1"/>
          <w:lang w:val="hr-HR"/>
        </w:rPr>
        <w:t>14.05.2026., Dubrovnik</w:t>
      </w:r>
      <w:r w:rsidRPr="004370A7">
        <w:rPr>
          <w:color w:val="000000" w:themeColor="text1"/>
          <w:lang w:val="hr-HR"/>
        </w:rPr>
        <w:t xml:space="preserve"> </w:t>
      </w:r>
    </w:p>
    <w:p w14:paraId="2470D384" w14:textId="176F4101" w:rsidR="00753674" w:rsidRDefault="00753674" w:rsidP="007B03F9">
      <w:pPr>
        <w:rPr>
          <w:color w:val="000000" w:themeColor="text1"/>
          <w:lang w:val="hr-HR"/>
        </w:rPr>
      </w:pPr>
    </w:p>
    <w:p w14:paraId="221D89DF" w14:textId="623F06ED" w:rsidR="00753674" w:rsidRDefault="00753674" w:rsidP="007B03F9">
      <w:pPr>
        <w:rPr>
          <w:color w:val="000000" w:themeColor="text1"/>
          <w:lang w:val="hr-HR"/>
        </w:rPr>
      </w:pPr>
    </w:p>
    <w:p w14:paraId="26F9A6EA" w14:textId="77777777" w:rsidR="00753674" w:rsidRPr="00753674" w:rsidRDefault="00753674" w:rsidP="007B03F9">
      <w:pPr>
        <w:rPr>
          <w:color w:val="000000" w:themeColor="text1"/>
          <w:lang w:val="hr-HR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5"/>
        <w:gridCol w:w="3202"/>
        <w:gridCol w:w="2944"/>
        <w:gridCol w:w="3132"/>
      </w:tblGrid>
      <w:tr w:rsidR="008329E1" w:rsidRPr="007B03F9" w14:paraId="050CA97E" w14:textId="77777777" w:rsidTr="008329E1">
        <w:tc>
          <w:tcPr>
            <w:tcW w:w="2855" w:type="dxa"/>
          </w:tcPr>
          <w:p w14:paraId="5EBFBAF7" w14:textId="77777777" w:rsidR="008329E1" w:rsidRPr="005C5CC5" w:rsidRDefault="008329E1" w:rsidP="007B03F9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hr-HR"/>
              </w:rPr>
            </w:pPr>
            <w:r w:rsidRPr="005C5CC5">
              <w:rPr>
                <w:rFonts w:ascii="Arial" w:hAnsi="Arial" w:cs="Arial"/>
                <w:b/>
                <w:sz w:val="24"/>
                <w:szCs w:val="24"/>
                <w:lang w:val="hr-HR"/>
              </w:rPr>
              <w:lastRenderedPageBreak/>
              <w:t>Ime i prezime</w:t>
            </w:r>
          </w:p>
        </w:tc>
        <w:tc>
          <w:tcPr>
            <w:tcW w:w="3202" w:type="dxa"/>
          </w:tcPr>
          <w:p w14:paraId="7C749135" w14:textId="4DD8C284" w:rsidR="008329E1" w:rsidRPr="005C5CC5" w:rsidRDefault="005F6C1F" w:rsidP="007B03F9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hr-HR"/>
              </w:rPr>
              <w:t>Ustanova</w:t>
            </w:r>
          </w:p>
        </w:tc>
        <w:tc>
          <w:tcPr>
            <w:tcW w:w="2944" w:type="dxa"/>
          </w:tcPr>
          <w:p w14:paraId="2248BD60" w14:textId="7AE0C44E" w:rsidR="008329E1" w:rsidRPr="005C5CC5" w:rsidRDefault="006852E9" w:rsidP="007B03F9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hr-HR"/>
              </w:rPr>
              <w:t>Email adresa</w:t>
            </w:r>
            <w:r w:rsidR="005F6C1F">
              <w:rPr>
                <w:rFonts w:ascii="Arial" w:hAnsi="Arial" w:cs="Arial"/>
                <w:b/>
                <w:sz w:val="24"/>
                <w:szCs w:val="24"/>
                <w:lang w:val="hr-HR"/>
              </w:rPr>
              <w:t xml:space="preserve"> ili broj mob</w:t>
            </w:r>
          </w:p>
        </w:tc>
        <w:tc>
          <w:tcPr>
            <w:tcW w:w="3132" w:type="dxa"/>
          </w:tcPr>
          <w:p w14:paraId="1EF3ABA5" w14:textId="57C7AD1B" w:rsidR="008329E1" w:rsidRPr="005C5CC5" w:rsidRDefault="008329E1" w:rsidP="007B03F9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hr-HR"/>
              </w:rPr>
            </w:pPr>
            <w:r w:rsidRPr="005C5CC5">
              <w:rPr>
                <w:rFonts w:ascii="Arial" w:hAnsi="Arial" w:cs="Arial"/>
                <w:b/>
                <w:sz w:val="24"/>
                <w:szCs w:val="24"/>
                <w:lang w:val="hr-HR"/>
              </w:rPr>
              <w:t>Potpis</w:t>
            </w:r>
          </w:p>
        </w:tc>
      </w:tr>
      <w:tr w:rsidR="008329E1" w:rsidRPr="007B03F9" w14:paraId="22B86A3A" w14:textId="77777777" w:rsidTr="008329E1">
        <w:tc>
          <w:tcPr>
            <w:tcW w:w="2855" w:type="dxa"/>
          </w:tcPr>
          <w:p w14:paraId="51CF045D" w14:textId="3C7FE478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202" w:type="dxa"/>
          </w:tcPr>
          <w:p w14:paraId="0DE74977" w14:textId="37A127C8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2944" w:type="dxa"/>
          </w:tcPr>
          <w:p w14:paraId="1EDFC312" w14:textId="77777777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132" w:type="dxa"/>
          </w:tcPr>
          <w:p w14:paraId="7CFA205C" w14:textId="5B95DA2C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</w:tr>
      <w:tr w:rsidR="008329E1" w:rsidRPr="007B03F9" w14:paraId="67B4F57A" w14:textId="77777777" w:rsidTr="008329E1">
        <w:tc>
          <w:tcPr>
            <w:tcW w:w="2855" w:type="dxa"/>
          </w:tcPr>
          <w:p w14:paraId="17CFEFD7" w14:textId="115C311C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202" w:type="dxa"/>
          </w:tcPr>
          <w:p w14:paraId="1F30CA7F" w14:textId="116CAE02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2944" w:type="dxa"/>
          </w:tcPr>
          <w:p w14:paraId="297E70F3" w14:textId="77777777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132" w:type="dxa"/>
          </w:tcPr>
          <w:p w14:paraId="2DD5373D" w14:textId="094B5166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</w:tr>
      <w:tr w:rsidR="008329E1" w:rsidRPr="007B03F9" w14:paraId="03BB0D5C" w14:textId="77777777" w:rsidTr="008329E1">
        <w:tc>
          <w:tcPr>
            <w:tcW w:w="2855" w:type="dxa"/>
          </w:tcPr>
          <w:p w14:paraId="243A2CC1" w14:textId="35575F23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202" w:type="dxa"/>
          </w:tcPr>
          <w:p w14:paraId="66D39D03" w14:textId="18D4C35C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2944" w:type="dxa"/>
          </w:tcPr>
          <w:p w14:paraId="47B1C3D5" w14:textId="77777777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132" w:type="dxa"/>
          </w:tcPr>
          <w:p w14:paraId="5F3B5F12" w14:textId="72BFEB46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</w:tr>
      <w:tr w:rsidR="008329E1" w:rsidRPr="007B03F9" w14:paraId="70E52CEC" w14:textId="77777777" w:rsidTr="008329E1">
        <w:tc>
          <w:tcPr>
            <w:tcW w:w="2855" w:type="dxa"/>
          </w:tcPr>
          <w:p w14:paraId="39FC3167" w14:textId="6432460F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202" w:type="dxa"/>
          </w:tcPr>
          <w:p w14:paraId="1B0011FD" w14:textId="73E99CD3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2944" w:type="dxa"/>
          </w:tcPr>
          <w:p w14:paraId="22317843" w14:textId="77777777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132" w:type="dxa"/>
          </w:tcPr>
          <w:p w14:paraId="6CBEDB04" w14:textId="09B28F55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</w:tr>
      <w:tr w:rsidR="008329E1" w:rsidRPr="007B03F9" w14:paraId="0FDC75C8" w14:textId="77777777" w:rsidTr="008329E1">
        <w:tc>
          <w:tcPr>
            <w:tcW w:w="2855" w:type="dxa"/>
          </w:tcPr>
          <w:p w14:paraId="22F95F55" w14:textId="316268B1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202" w:type="dxa"/>
          </w:tcPr>
          <w:p w14:paraId="53CB149F" w14:textId="77B68D94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2944" w:type="dxa"/>
          </w:tcPr>
          <w:p w14:paraId="3B9825D2" w14:textId="77777777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132" w:type="dxa"/>
          </w:tcPr>
          <w:p w14:paraId="30E30250" w14:textId="5EDF67A6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</w:tr>
      <w:tr w:rsidR="008329E1" w:rsidRPr="007B03F9" w14:paraId="2AA300B6" w14:textId="77777777" w:rsidTr="008329E1">
        <w:tc>
          <w:tcPr>
            <w:tcW w:w="2855" w:type="dxa"/>
          </w:tcPr>
          <w:p w14:paraId="179F2E69" w14:textId="557DC0D1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202" w:type="dxa"/>
          </w:tcPr>
          <w:p w14:paraId="50C420D3" w14:textId="275726F1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2944" w:type="dxa"/>
          </w:tcPr>
          <w:p w14:paraId="43CAC0F1" w14:textId="77777777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132" w:type="dxa"/>
          </w:tcPr>
          <w:p w14:paraId="0F2C1EB7" w14:textId="56EFACF3" w:rsidR="008329E1" w:rsidRPr="00753674" w:rsidRDefault="008329E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</w:tr>
      <w:tr w:rsidR="004A5351" w:rsidRPr="007B03F9" w14:paraId="577A4D15" w14:textId="77777777" w:rsidTr="008329E1">
        <w:tc>
          <w:tcPr>
            <w:tcW w:w="2855" w:type="dxa"/>
          </w:tcPr>
          <w:p w14:paraId="10498535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202" w:type="dxa"/>
          </w:tcPr>
          <w:p w14:paraId="6F87F49A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2944" w:type="dxa"/>
          </w:tcPr>
          <w:p w14:paraId="4DBFBA8B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132" w:type="dxa"/>
          </w:tcPr>
          <w:p w14:paraId="4F64576A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</w:tr>
      <w:tr w:rsidR="004A5351" w:rsidRPr="007B03F9" w14:paraId="6CAA6600" w14:textId="77777777" w:rsidTr="008329E1">
        <w:tc>
          <w:tcPr>
            <w:tcW w:w="2855" w:type="dxa"/>
          </w:tcPr>
          <w:p w14:paraId="6A886037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202" w:type="dxa"/>
          </w:tcPr>
          <w:p w14:paraId="0CE00AC8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2944" w:type="dxa"/>
          </w:tcPr>
          <w:p w14:paraId="0A0A443F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132" w:type="dxa"/>
          </w:tcPr>
          <w:p w14:paraId="46E8D118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</w:tr>
      <w:tr w:rsidR="004A5351" w:rsidRPr="007B03F9" w14:paraId="0F479663" w14:textId="77777777" w:rsidTr="008329E1">
        <w:tc>
          <w:tcPr>
            <w:tcW w:w="2855" w:type="dxa"/>
          </w:tcPr>
          <w:p w14:paraId="29CFEA59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202" w:type="dxa"/>
          </w:tcPr>
          <w:p w14:paraId="285E1A7F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2944" w:type="dxa"/>
          </w:tcPr>
          <w:p w14:paraId="3D2B3C86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132" w:type="dxa"/>
          </w:tcPr>
          <w:p w14:paraId="3EBDB7F9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</w:tr>
      <w:tr w:rsidR="004A5351" w:rsidRPr="007B03F9" w14:paraId="2A340BF6" w14:textId="77777777" w:rsidTr="008329E1">
        <w:tc>
          <w:tcPr>
            <w:tcW w:w="2855" w:type="dxa"/>
          </w:tcPr>
          <w:p w14:paraId="7E3DC9FB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202" w:type="dxa"/>
          </w:tcPr>
          <w:p w14:paraId="237A8DEF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2944" w:type="dxa"/>
          </w:tcPr>
          <w:p w14:paraId="2FA3C518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132" w:type="dxa"/>
          </w:tcPr>
          <w:p w14:paraId="38CCF732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</w:tr>
      <w:tr w:rsidR="004A5351" w:rsidRPr="007B03F9" w14:paraId="54EA1F8D" w14:textId="77777777" w:rsidTr="008329E1">
        <w:tc>
          <w:tcPr>
            <w:tcW w:w="2855" w:type="dxa"/>
          </w:tcPr>
          <w:p w14:paraId="43A7B7BA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202" w:type="dxa"/>
          </w:tcPr>
          <w:p w14:paraId="144024D4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2944" w:type="dxa"/>
          </w:tcPr>
          <w:p w14:paraId="7BD18CB6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132" w:type="dxa"/>
          </w:tcPr>
          <w:p w14:paraId="31102F0F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</w:tr>
      <w:tr w:rsidR="004A5351" w:rsidRPr="007B03F9" w14:paraId="777FDBBA" w14:textId="77777777" w:rsidTr="008329E1">
        <w:tc>
          <w:tcPr>
            <w:tcW w:w="2855" w:type="dxa"/>
          </w:tcPr>
          <w:p w14:paraId="4310DF6B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202" w:type="dxa"/>
          </w:tcPr>
          <w:p w14:paraId="7957E136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2944" w:type="dxa"/>
          </w:tcPr>
          <w:p w14:paraId="3B67D08D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132" w:type="dxa"/>
          </w:tcPr>
          <w:p w14:paraId="18B8757C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</w:tr>
      <w:tr w:rsidR="004A5351" w:rsidRPr="007B03F9" w14:paraId="5C5C2CEF" w14:textId="77777777" w:rsidTr="00753674">
        <w:trPr>
          <w:trHeight w:val="70"/>
        </w:trPr>
        <w:tc>
          <w:tcPr>
            <w:tcW w:w="2855" w:type="dxa"/>
          </w:tcPr>
          <w:p w14:paraId="00602A6C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202" w:type="dxa"/>
          </w:tcPr>
          <w:p w14:paraId="04482371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2944" w:type="dxa"/>
          </w:tcPr>
          <w:p w14:paraId="5E844DFD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3132" w:type="dxa"/>
          </w:tcPr>
          <w:p w14:paraId="14B0C402" w14:textId="77777777" w:rsidR="004A5351" w:rsidRPr="00753674" w:rsidRDefault="004A5351" w:rsidP="007B03F9">
            <w:pPr>
              <w:spacing w:before="120" w:after="120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</w:tr>
    </w:tbl>
    <w:p w14:paraId="64ED7F91" w14:textId="0AC3F179" w:rsidR="006852E9" w:rsidRDefault="009410CE">
      <w:pPr>
        <w:rPr>
          <w:rFonts w:ascii="Arial" w:hAnsi="Arial" w:cs="Arial"/>
        </w:rPr>
      </w:pPr>
      <w:r>
        <w:rPr>
          <w:rFonts w:ascii="Calibri" w:hAnsi="Calibri"/>
          <w:noProof/>
          <w:color w:val="000000"/>
        </w:rPr>
        <w:drawing>
          <wp:inline distT="0" distB="0" distL="0" distR="0" wp14:anchorId="1A136655" wp14:editId="75498745">
            <wp:extent cx="3267075" cy="864235"/>
            <wp:effectExtent l="0" t="0" r="9525" b="0"/>
            <wp:docPr id="165427954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8642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6852E9" w:rsidSect="007B03F9">
      <w:headerReference w:type="default" r:id="rId11"/>
      <w:footerReference w:type="default" r:id="rId12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37FF5D" w14:textId="77777777" w:rsidR="00223469" w:rsidRDefault="00223469" w:rsidP="007B03F9">
      <w:pPr>
        <w:spacing w:after="0" w:line="240" w:lineRule="auto"/>
      </w:pPr>
      <w:r>
        <w:separator/>
      </w:r>
    </w:p>
  </w:endnote>
  <w:endnote w:type="continuationSeparator" w:id="0">
    <w:p w14:paraId="05C877A7" w14:textId="77777777" w:rsidR="00223469" w:rsidRDefault="00223469" w:rsidP="007B0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4403EC" w14:textId="157C1263" w:rsidR="00A90C76" w:rsidRDefault="00A90C76" w:rsidP="00A90C76">
    <w:pPr>
      <w:pStyle w:val="Footer"/>
      <w:jc w:val="center"/>
    </w:pPr>
    <w:r w:rsidRPr="000A7073">
      <w:rPr>
        <w:noProof/>
      </w:rPr>
      <w:drawing>
        <wp:inline distT="0" distB="0" distL="0" distR="0" wp14:anchorId="53DA2280" wp14:editId="726A6DBA">
          <wp:extent cx="3067050" cy="995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995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1A660B" w14:textId="77777777" w:rsidR="00223469" w:rsidRDefault="00223469" w:rsidP="007B03F9">
      <w:pPr>
        <w:spacing w:after="0" w:line="240" w:lineRule="auto"/>
      </w:pPr>
      <w:r>
        <w:separator/>
      </w:r>
    </w:p>
  </w:footnote>
  <w:footnote w:type="continuationSeparator" w:id="0">
    <w:p w14:paraId="463EFD52" w14:textId="77777777" w:rsidR="00223469" w:rsidRDefault="00223469" w:rsidP="007B0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8AFC7" w14:textId="1600F106" w:rsidR="000A7073" w:rsidRPr="000A7073" w:rsidRDefault="000A7073" w:rsidP="00A90C76">
    <w:pPr>
      <w:pStyle w:val="NormalWeb"/>
      <w:tabs>
        <w:tab w:val="left" w:pos="8955"/>
      </w:tabs>
    </w:pPr>
    <w:r w:rsidRPr="000A7073">
      <w:rPr>
        <w:rFonts w:ascii="Calibri" w:eastAsia="Calibri" w:hAnsi="Calibri"/>
        <w:noProof/>
        <w:sz w:val="22"/>
        <w:szCs w:val="22"/>
        <w:lang w:val="en-US" w:eastAsia="en-US"/>
      </w:rPr>
      <w:drawing>
        <wp:inline distT="0" distB="0" distL="0" distR="0" wp14:anchorId="2C143818" wp14:editId="14E339A1">
          <wp:extent cx="2494915" cy="904816"/>
          <wp:effectExtent l="0" t="0" r="63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63"/>
                  <a:stretch/>
                </pic:blipFill>
                <pic:spPr bwMode="auto">
                  <a:xfrm>
                    <a:off x="0" y="0"/>
                    <a:ext cx="2501026" cy="9070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90C76">
      <w:tab/>
    </w:r>
    <w:r w:rsidR="005F6C1F">
      <w:t>LOGO PROJEKTA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073"/>
    <w:rsid w:val="0015074B"/>
    <w:rsid w:val="00191D37"/>
    <w:rsid w:val="00212083"/>
    <w:rsid w:val="00223469"/>
    <w:rsid w:val="0029639D"/>
    <w:rsid w:val="00326F90"/>
    <w:rsid w:val="00367F44"/>
    <w:rsid w:val="003842DA"/>
    <w:rsid w:val="003C2FFD"/>
    <w:rsid w:val="00422E84"/>
    <w:rsid w:val="004370A7"/>
    <w:rsid w:val="00457D50"/>
    <w:rsid w:val="004616B4"/>
    <w:rsid w:val="00474C65"/>
    <w:rsid w:val="00492992"/>
    <w:rsid w:val="004A0B1C"/>
    <w:rsid w:val="004A5351"/>
    <w:rsid w:val="005C5CC5"/>
    <w:rsid w:val="005F6C1F"/>
    <w:rsid w:val="006852E9"/>
    <w:rsid w:val="00753674"/>
    <w:rsid w:val="007B03F9"/>
    <w:rsid w:val="008072FB"/>
    <w:rsid w:val="008329E1"/>
    <w:rsid w:val="008444A3"/>
    <w:rsid w:val="009410CE"/>
    <w:rsid w:val="00A90C76"/>
    <w:rsid w:val="00AA1D8D"/>
    <w:rsid w:val="00B11236"/>
    <w:rsid w:val="00B47730"/>
    <w:rsid w:val="00C10200"/>
    <w:rsid w:val="00C455DE"/>
    <w:rsid w:val="00CB0664"/>
    <w:rsid w:val="00D025F1"/>
    <w:rsid w:val="00D42F70"/>
    <w:rsid w:val="00DC3E38"/>
    <w:rsid w:val="00EE1848"/>
    <w:rsid w:val="00F13154"/>
    <w:rsid w:val="00F206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46C1E3D0"/>
  <w14:defaultImageDpi w14:val="300"/>
  <w15:docId w15:val="{98B77192-85AF-4438-BD39-A10FB0852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B0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F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92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7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CDBF11-0617-4EDA-812B-30D5B3D72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Marija</cp:lastModifiedBy>
  <cp:revision>3</cp:revision>
  <cp:lastPrinted>2026-05-13T08:50:00Z</cp:lastPrinted>
  <dcterms:created xsi:type="dcterms:W3CDTF">2026-05-13T08:42:00Z</dcterms:created>
  <dcterms:modified xsi:type="dcterms:W3CDTF">2026-05-13T08:54:00Z</dcterms:modified>
  <cp:category/>
</cp:coreProperties>
</file>